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shd w:val="clear" w:color="auto" w:fill="F79646" w:themeFill="accent6"/>
        <w:tblLook w:val="04A0" w:firstRow="1" w:lastRow="0" w:firstColumn="1" w:lastColumn="0" w:noHBand="0" w:noVBand="1"/>
      </w:tblPr>
      <w:tblGrid>
        <w:gridCol w:w="10652"/>
      </w:tblGrid>
      <w:tr w:rsidR="00A60BCE" w14:paraId="129D444F" w14:textId="77777777" w:rsidTr="004846FB">
        <w:trPr>
          <w:jc w:val="center"/>
        </w:trPr>
        <w:tc>
          <w:tcPr>
            <w:tcW w:w="10652" w:type="dxa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F79646" w:themeFill="accent6"/>
          </w:tcPr>
          <w:p w14:paraId="581CE6AE" w14:textId="554FA873" w:rsidR="004846FB" w:rsidRPr="004846FB" w:rsidRDefault="004846FB" w:rsidP="004846FB">
            <w:pPr>
              <w:jc w:val="center"/>
              <w:rPr>
                <w:b/>
                <w:color w:val="403152" w:themeColor="accent4" w:themeShade="80"/>
                <w:sz w:val="42"/>
                <w:lang w:val="en-AU"/>
              </w:rPr>
            </w:pPr>
            <w:r w:rsidRPr="004846FB">
              <w:rPr>
                <w:b/>
                <w:noProof/>
                <w:color w:val="403152" w:themeColor="accent4" w:themeShade="80"/>
                <w:sz w:val="42"/>
                <w:lang w:val="en-AU"/>
              </w:rPr>
              <w:drawing>
                <wp:anchor distT="0" distB="0" distL="114300" distR="114300" simplePos="0" relativeHeight="251657216" behindDoc="0" locked="0" layoutInCell="1" allowOverlap="1" wp14:anchorId="50473DDB" wp14:editId="5F2F756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260985</wp:posOffset>
                  </wp:positionV>
                  <wp:extent cx="1514475" cy="1034066"/>
                  <wp:effectExtent l="0" t="0" r="0" b="0"/>
                  <wp:wrapNone/>
                  <wp:docPr id="624000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0" t="-3521" r="36873" b="35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34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46FB">
              <w:rPr>
                <w:b/>
                <w:noProof/>
                <w:color w:val="403152" w:themeColor="accent4" w:themeShade="80"/>
                <w:lang w:val="en-AU"/>
              </w:rPr>
              <w:drawing>
                <wp:anchor distT="0" distB="0" distL="114300" distR="114300" simplePos="0" relativeHeight="251665408" behindDoc="0" locked="0" layoutInCell="1" allowOverlap="1" wp14:anchorId="7FD894B0" wp14:editId="2D2B5545">
                  <wp:simplePos x="0" y="0"/>
                  <wp:positionH relativeFrom="column">
                    <wp:posOffset>5445125</wp:posOffset>
                  </wp:positionH>
                  <wp:positionV relativeFrom="paragraph">
                    <wp:posOffset>248920</wp:posOffset>
                  </wp:positionV>
                  <wp:extent cx="1009650" cy="1137285"/>
                  <wp:effectExtent l="0" t="0" r="0" b="5715"/>
                  <wp:wrapNone/>
                  <wp:docPr id="10513218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316153" w14:textId="0FE46675" w:rsidR="00A60BCE" w:rsidRPr="004846FB" w:rsidRDefault="00BC6FAA">
            <w:pPr>
              <w:jc w:val="center"/>
            </w:pPr>
            <w:r w:rsidRPr="004846FB">
              <w:rPr>
                <w:b/>
                <w:sz w:val="42"/>
              </w:rPr>
              <w:t>BERNBOROUGH CLUB INC.</w:t>
            </w:r>
            <w:r w:rsidR="004846FB" w:rsidRPr="004846FB">
              <w:rPr>
                <w:b/>
                <w:lang w:val="en-AU"/>
              </w:rPr>
              <w:t xml:space="preserve"> </w:t>
            </w:r>
          </w:p>
          <w:p w14:paraId="6E13BEC3" w14:textId="4B2C5C2E" w:rsidR="004846FB" w:rsidRPr="004846FB" w:rsidRDefault="00BC6FAA" w:rsidP="004846FB">
            <w:pPr>
              <w:jc w:val="center"/>
              <w:rPr>
                <w:b/>
                <w:lang w:val="en-AU"/>
              </w:rPr>
            </w:pPr>
            <w:r w:rsidRPr="004846FB">
              <w:rPr>
                <w:b/>
                <w:sz w:val="24"/>
              </w:rPr>
              <w:t>MEMBERSHIP APPLICATION</w:t>
            </w:r>
          </w:p>
          <w:p w14:paraId="406F8DBC" w14:textId="068A2B91" w:rsidR="00A60BCE" w:rsidRDefault="00A60BCE">
            <w:pPr>
              <w:jc w:val="center"/>
            </w:pPr>
          </w:p>
        </w:tc>
      </w:tr>
    </w:tbl>
    <w:p w14:paraId="36524A77" w14:textId="77777777" w:rsidR="00A60BCE" w:rsidRPr="004846FB" w:rsidRDefault="00BC6FAA">
      <w:pPr>
        <w:spacing w:before="160" w:after="40"/>
        <w:jc w:val="center"/>
        <w:rPr>
          <w:color w:val="F79646" w:themeColor="accent6"/>
        </w:rPr>
      </w:pPr>
      <w:r w:rsidRPr="004846FB">
        <w:rPr>
          <w:b/>
          <w:color w:val="F79646" w:themeColor="accent6"/>
          <w:sz w:val="24"/>
        </w:rPr>
        <w:t>WELCOME TO THE CLUB</w:t>
      </w:r>
    </w:p>
    <w:p w14:paraId="0DFF80D0" w14:textId="3BE0356C" w:rsidR="00A60BCE" w:rsidRDefault="00BC6FAA">
      <w:pPr>
        <w:jc w:val="center"/>
      </w:pPr>
      <w:r>
        <w:rPr>
          <w:sz w:val="21"/>
        </w:rPr>
        <w:t xml:space="preserve">A non-profit club with four </w:t>
      </w:r>
      <w:r w:rsidR="004846FB">
        <w:rPr>
          <w:sz w:val="21"/>
        </w:rPr>
        <w:t>events</w:t>
      </w:r>
      <w:r>
        <w:rPr>
          <w:sz w:val="21"/>
        </w:rPr>
        <w:t xml:space="preserve"> each year, raising money for charit</w:t>
      </w:r>
      <w:r w:rsidR="00894FC6">
        <w:rPr>
          <w:sz w:val="21"/>
        </w:rPr>
        <w:t>ies</w:t>
      </w:r>
      <w:r>
        <w:rPr>
          <w:sz w:val="21"/>
        </w:rPr>
        <w:t>.</w:t>
      </w:r>
    </w:p>
    <w:tbl>
      <w:tblPr>
        <w:tblW w:w="0" w:type="auto"/>
        <w:jc w:val="center"/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10632"/>
      </w:tblGrid>
      <w:tr w:rsidR="00A60BCE" w14:paraId="1E55FBBC" w14:textId="77777777" w:rsidTr="004846FB">
        <w:trPr>
          <w:jc w:val="center"/>
        </w:trPr>
        <w:tc>
          <w:tcPr>
            <w:tcW w:w="10652" w:type="dxa"/>
            <w:tcBorders>
              <w:top w:val="single" w:sz="8" w:space="0" w:color="2B7A78"/>
              <w:left w:val="single" w:sz="8" w:space="0" w:color="2B7A78"/>
              <w:bottom w:val="single" w:sz="8" w:space="0" w:color="2B7A78"/>
              <w:right w:val="single" w:sz="8" w:space="0" w:color="2B7A78"/>
            </w:tcBorders>
            <w:shd w:val="clear" w:color="auto" w:fill="FABF8F" w:themeFill="accent6" w:themeFillTint="99"/>
          </w:tcPr>
          <w:p w14:paraId="1DFD6D47" w14:textId="3961E78E" w:rsidR="00A60BCE" w:rsidRDefault="00BC6FAA">
            <w:pPr>
              <w:jc w:val="center"/>
            </w:pPr>
            <w:r w:rsidRPr="004846FB">
              <w:rPr>
                <w:b/>
                <w:sz w:val="19"/>
              </w:rPr>
              <w:t>COMPLETED FORM</w:t>
            </w:r>
            <w:r w:rsidR="00671DB5">
              <w:rPr>
                <w:b/>
                <w:sz w:val="19"/>
              </w:rPr>
              <w:t xml:space="preserve"> - </w:t>
            </w:r>
            <w:r w:rsidRPr="004846FB">
              <w:rPr>
                <w:sz w:val="19"/>
              </w:rPr>
              <w:t xml:space="preserve">Scan and email it to </w:t>
            </w:r>
            <w:r w:rsidRPr="004846FB">
              <w:rPr>
                <w:b/>
                <w:sz w:val="22"/>
              </w:rPr>
              <w:t>bernboroughclub@outlook.com</w:t>
            </w:r>
          </w:p>
        </w:tc>
      </w:tr>
    </w:tbl>
    <w:p w14:paraId="63A724F3" w14:textId="77777777" w:rsidR="00A60BCE" w:rsidRPr="004846FB" w:rsidRDefault="00BC6FAA">
      <w:pPr>
        <w:spacing w:before="140" w:after="60"/>
      </w:pPr>
      <w:r w:rsidRPr="004846FB">
        <w:rPr>
          <w:b/>
          <w:sz w:val="23"/>
        </w:rPr>
        <w:t>YOUR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A60BCE" w14:paraId="1169F17D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1E416D53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Full Name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4F0BC3F8" w14:textId="303A3724" w:rsidR="00A60BCE" w:rsidRDefault="00A60BCE">
            <w:pPr>
              <w:spacing w:after="0"/>
            </w:pPr>
          </w:p>
        </w:tc>
      </w:tr>
      <w:tr w:rsidR="00A60BCE" w14:paraId="6800874C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28620D92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Preferred First Name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54AF669D" w14:textId="753325BE" w:rsidR="00A60BCE" w:rsidRDefault="00A60BCE">
            <w:pPr>
              <w:spacing w:after="0"/>
            </w:pPr>
          </w:p>
        </w:tc>
      </w:tr>
      <w:tr w:rsidR="00A60BCE" w14:paraId="4A9C8827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77536EE2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Address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56D1D31B" w14:textId="6471C955" w:rsidR="00A60BCE" w:rsidRDefault="00A60BCE">
            <w:pPr>
              <w:spacing w:after="0"/>
            </w:pPr>
          </w:p>
        </w:tc>
      </w:tr>
      <w:tr w:rsidR="00A60BCE" w14:paraId="080CDEC1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722015BC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Date of Birth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53EEB7C5" w14:textId="260D8FF2" w:rsidR="00A60BCE" w:rsidRDefault="00A60BCE">
            <w:pPr>
              <w:spacing w:after="0"/>
            </w:pPr>
          </w:p>
        </w:tc>
      </w:tr>
      <w:tr w:rsidR="00A60BCE" w14:paraId="2C10EB78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70CA51F3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Tel / Preferred Contact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1CB6CE31" w14:textId="30F20F1D" w:rsidR="00A60BCE" w:rsidRDefault="00A60BCE">
            <w:pPr>
              <w:spacing w:after="0"/>
            </w:pPr>
          </w:p>
        </w:tc>
      </w:tr>
      <w:tr w:rsidR="00A60BCE" w14:paraId="2490B591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202620E1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Email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71C819BF" w14:textId="5F304F7C" w:rsidR="00A60BCE" w:rsidRDefault="00A60BCE">
            <w:pPr>
              <w:spacing w:after="0"/>
            </w:pPr>
          </w:p>
        </w:tc>
      </w:tr>
      <w:tr w:rsidR="00A60BCE" w14:paraId="316BCD30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5E9234D8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Occupation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2A023303" w14:textId="2C59CE74" w:rsidR="00A60BCE" w:rsidRDefault="00A60BCE">
            <w:pPr>
              <w:spacing w:after="0"/>
            </w:pPr>
          </w:p>
        </w:tc>
      </w:tr>
      <w:tr w:rsidR="00A60BCE" w14:paraId="37301D00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0FAB6EC6" w14:textId="77777777" w:rsidR="00A60BCE" w:rsidRDefault="00BC6FAA">
            <w:pPr>
              <w:spacing w:after="0"/>
            </w:pPr>
            <w:r>
              <w:rPr>
                <w:b/>
                <w:sz w:val="19"/>
              </w:rPr>
              <w:t>Other Clubs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3EC56E95" w14:textId="4BC8A557" w:rsidR="00A60BCE" w:rsidRDefault="00A60BCE">
            <w:pPr>
              <w:spacing w:after="0"/>
            </w:pPr>
          </w:p>
        </w:tc>
      </w:tr>
      <w:tr w:rsidR="004846FB" w14:paraId="406F04FB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7741D2C8" w14:textId="69E5EFEA" w:rsidR="004846FB" w:rsidRDefault="004846FB">
            <w:pPr>
              <w:spacing w:after="0"/>
              <w:rPr>
                <w:b/>
                <w:sz w:val="19"/>
              </w:rPr>
            </w:pPr>
            <w:r w:rsidRPr="004846FB">
              <w:rPr>
                <w:b/>
                <w:sz w:val="19"/>
              </w:rPr>
              <w:t>Proposer</w:t>
            </w:r>
            <w:r>
              <w:rPr>
                <w:b/>
                <w:sz w:val="19"/>
              </w:rPr>
              <w:t xml:space="preserve"> (</w:t>
            </w:r>
            <w:r w:rsidR="00671DB5">
              <w:rPr>
                <w:b/>
                <w:i/>
                <w:sz w:val="19"/>
              </w:rPr>
              <w:t>m</w:t>
            </w:r>
            <w:r w:rsidRPr="004846FB">
              <w:rPr>
                <w:b/>
                <w:i/>
                <w:sz w:val="19"/>
              </w:rPr>
              <w:t>ust be a current financial member</w:t>
            </w:r>
            <w:r>
              <w:rPr>
                <w:b/>
                <w:i/>
                <w:sz w:val="19"/>
              </w:rPr>
              <w:t>)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33402F9A" w14:textId="6F258A57" w:rsidR="004846FB" w:rsidRPr="004846FB" w:rsidRDefault="004846FB" w:rsidP="004846FB"/>
        </w:tc>
      </w:tr>
      <w:tr w:rsidR="004846FB" w14:paraId="60B87CE3" w14:textId="77777777" w:rsidTr="00671DB5">
        <w:trPr>
          <w:jc w:val="center"/>
        </w:trPr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79133E9C" w14:textId="2F688CF1" w:rsidR="004846FB" w:rsidRPr="004846FB" w:rsidRDefault="004846FB" w:rsidP="004846FB">
            <w:pPr>
              <w:spacing w:after="0"/>
              <w:rPr>
                <w:b/>
                <w:sz w:val="19"/>
              </w:rPr>
            </w:pPr>
            <w:r w:rsidRPr="004846FB">
              <w:rPr>
                <w:b/>
                <w:sz w:val="19"/>
              </w:rPr>
              <w:t>Seconder</w:t>
            </w:r>
            <w:r w:rsidR="00671DB5">
              <w:t xml:space="preserve"> </w:t>
            </w:r>
            <w:r w:rsidR="00671DB5" w:rsidRPr="00671DB5">
              <w:rPr>
                <w:b/>
                <w:i/>
                <w:iCs/>
                <w:sz w:val="19"/>
              </w:rPr>
              <w:t>(must be a current financial member)</w:t>
            </w:r>
          </w:p>
        </w:tc>
        <w:tc>
          <w:tcPr>
            <w:tcW w:w="5326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</w:tcPr>
          <w:p w14:paraId="7255CD79" w14:textId="620183AE" w:rsidR="004846FB" w:rsidRPr="004846FB" w:rsidRDefault="004846FB" w:rsidP="004846FB"/>
        </w:tc>
      </w:tr>
    </w:tbl>
    <w:p w14:paraId="171F1E10" w14:textId="685EC6CA" w:rsidR="00A60BCE" w:rsidRDefault="00A60BCE">
      <w:pPr>
        <w:spacing w:before="14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5"/>
        <w:gridCol w:w="5295"/>
      </w:tblGrid>
      <w:tr w:rsidR="00A60BCE" w14:paraId="12CD9F6F" w14:textId="77777777" w:rsidTr="004846FB">
        <w:trPr>
          <w:trHeight w:val="1620"/>
          <w:jc w:val="center"/>
        </w:trPr>
        <w:tc>
          <w:tcPr>
            <w:tcW w:w="5295" w:type="dxa"/>
            <w:tcBorders>
              <w:top w:val="single" w:sz="8" w:space="0" w:color="D9A441"/>
              <w:left w:val="single" w:sz="8" w:space="0" w:color="D9A441"/>
              <w:bottom w:val="single" w:sz="8" w:space="0" w:color="D9A441"/>
              <w:right w:val="single" w:sz="8" w:space="0" w:color="D9A441"/>
            </w:tcBorders>
            <w:shd w:val="clear" w:color="auto" w:fill="FFF4D6"/>
          </w:tcPr>
          <w:p w14:paraId="1FD103A3" w14:textId="77777777" w:rsidR="00A60BCE" w:rsidRPr="00671DB5" w:rsidRDefault="00BC6FAA">
            <w:pPr>
              <w:jc w:val="center"/>
            </w:pPr>
            <w:r w:rsidRPr="00671DB5">
              <w:rPr>
                <w:b/>
                <w:sz w:val="19"/>
              </w:rPr>
              <w:t>JOINING FEE</w:t>
            </w:r>
          </w:p>
          <w:p w14:paraId="3085440E" w14:textId="77777777" w:rsidR="00A60BCE" w:rsidRPr="00671DB5" w:rsidRDefault="00BC6FAA">
            <w:pPr>
              <w:jc w:val="center"/>
            </w:pPr>
            <w:r w:rsidRPr="00671DB5">
              <w:rPr>
                <w:b/>
                <w:sz w:val="38"/>
              </w:rPr>
              <w:t>$50.00</w:t>
            </w:r>
          </w:p>
          <w:p w14:paraId="03909DA3" w14:textId="77777777" w:rsidR="00A60BCE" w:rsidRPr="00671DB5" w:rsidRDefault="00BC6FAA">
            <w:pPr>
              <w:jc w:val="center"/>
            </w:pPr>
            <w:r w:rsidRPr="00671DB5">
              <w:rPr>
                <w:i/>
                <w:sz w:val="17"/>
              </w:rPr>
              <w:t>$20 to join + $30 for 12 months subscription</w:t>
            </w:r>
          </w:p>
        </w:tc>
        <w:tc>
          <w:tcPr>
            <w:tcW w:w="5295" w:type="dxa"/>
            <w:tcBorders>
              <w:top w:val="single" w:sz="8" w:space="0" w:color="D9A441"/>
              <w:left w:val="single" w:sz="8" w:space="0" w:color="D9A441"/>
              <w:bottom w:val="single" w:sz="8" w:space="0" w:color="D9A441"/>
              <w:right w:val="single" w:sz="8" w:space="0" w:color="D9A441"/>
            </w:tcBorders>
            <w:shd w:val="clear" w:color="auto" w:fill="FFF4D6"/>
          </w:tcPr>
          <w:p w14:paraId="5DFC33CE" w14:textId="77777777" w:rsidR="00A60BCE" w:rsidRPr="00671DB5" w:rsidRDefault="00BC6FAA">
            <w:pPr>
              <w:jc w:val="center"/>
            </w:pPr>
            <w:r w:rsidRPr="00671DB5">
              <w:rPr>
                <w:b/>
                <w:sz w:val="19"/>
              </w:rPr>
              <w:t>OPTIONAL CLUB TIE</w:t>
            </w:r>
          </w:p>
          <w:p w14:paraId="2F5C4B84" w14:textId="77777777" w:rsidR="00A60BCE" w:rsidRPr="00671DB5" w:rsidRDefault="00BC6FAA">
            <w:pPr>
              <w:jc w:val="center"/>
            </w:pPr>
            <w:r w:rsidRPr="00671DB5">
              <w:rPr>
                <w:b/>
                <w:sz w:val="38"/>
              </w:rPr>
              <w:t>Extra $30</w:t>
            </w:r>
          </w:p>
          <w:p w14:paraId="02C9CD17" w14:textId="77777777" w:rsidR="00A60BCE" w:rsidRPr="00671DB5" w:rsidRDefault="00BC6FAA">
            <w:pPr>
              <w:jc w:val="center"/>
            </w:pPr>
            <w:r w:rsidRPr="00671DB5">
              <w:rPr>
                <w:i/>
                <w:sz w:val="17"/>
              </w:rPr>
              <w:t>Total with tie: $80</w:t>
            </w:r>
          </w:p>
        </w:tc>
      </w:tr>
    </w:tbl>
    <w:p w14:paraId="03A7E93F" w14:textId="0590BA67" w:rsidR="00A60BCE" w:rsidRPr="004846FB" w:rsidRDefault="00BC6FAA" w:rsidP="004846FB">
      <w:pPr>
        <w:spacing w:before="120"/>
        <w:jc w:val="center"/>
        <w:rPr>
          <w:sz w:val="22"/>
          <w:szCs w:val="24"/>
        </w:rPr>
      </w:pPr>
      <w:r w:rsidRPr="004846FB">
        <w:rPr>
          <w:b/>
          <w:szCs w:val="24"/>
        </w:rPr>
        <w:t xml:space="preserve">I agree to abide by the Constitution and </w:t>
      </w:r>
      <w:r w:rsidR="004846FB">
        <w:rPr>
          <w:b/>
          <w:szCs w:val="24"/>
        </w:rPr>
        <w:t>R</w:t>
      </w:r>
      <w:r w:rsidRPr="004846FB">
        <w:rPr>
          <w:b/>
          <w:szCs w:val="24"/>
        </w:rPr>
        <w:t>ules of The Bernborough Club Inc.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A60BCE" w14:paraId="07D8B1B3" w14:textId="77777777">
        <w:trPr>
          <w:jc w:val="center"/>
        </w:trPr>
        <w:tc>
          <w:tcPr>
            <w:tcW w:w="5326" w:type="dxa"/>
            <w:tcBorders>
              <w:top w:val="single" w:sz="5" w:space="0" w:color="AAB3BC"/>
              <w:left w:val="single" w:sz="5" w:space="0" w:color="AAB3BC"/>
              <w:bottom w:val="single" w:sz="5" w:space="0" w:color="AAB3BC"/>
              <w:right w:val="single" w:sz="5" w:space="0" w:color="AAB3BC"/>
            </w:tcBorders>
          </w:tcPr>
          <w:p w14:paraId="5BABB7AE" w14:textId="1915B819" w:rsidR="00A60BCE" w:rsidRDefault="004846FB">
            <w:r>
              <w:rPr>
                <w:sz w:val="19"/>
              </w:rPr>
              <w:t>Signature</w:t>
            </w:r>
            <w:r w:rsidR="00BC6FAA">
              <w:rPr>
                <w:sz w:val="19"/>
              </w:rPr>
              <w:t xml:space="preserve">: </w:t>
            </w:r>
          </w:p>
        </w:tc>
        <w:tc>
          <w:tcPr>
            <w:tcW w:w="5326" w:type="dxa"/>
            <w:tcBorders>
              <w:top w:val="single" w:sz="5" w:space="0" w:color="AAB3BC"/>
              <w:left w:val="single" w:sz="5" w:space="0" w:color="AAB3BC"/>
              <w:bottom w:val="single" w:sz="5" w:space="0" w:color="AAB3BC"/>
              <w:right w:val="single" w:sz="5" w:space="0" w:color="AAB3BC"/>
            </w:tcBorders>
          </w:tcPr>
          <w:p w14:paraId="65B264FA" w14:textId="5644664F" w:rsidR="00A60BCE" w:rsidRDefault="00BC6FAA">
            <w:r>
              <w:rPr>
                <w:sz w:val="19"/>
              </w:rPr>
              <w:t xml:space="preserve">Date: </w:t>
            </w:r>
          </w:p>
        </w:tc>
      </w:tr>
    </w:tbl>
    <w:p w14:paraId="04A7017D" w14:textId="692481F9" w:rsidR="004846FB" w:rsidRPr="004846FB" w:rsidRDefault="00BC6FAA">
      <w:pPr>
        <w:spacing w:before="140" w:after="60"/>
        <w:rPr>
          <w:b/>
          <w:sz w:val="23"/>
        </w:rPr>
      </w:pPr>
      <w:r w:rsidRPr="004846FB">
        <w:rPr>
          <w:b/>
          <w:sz w:val="23"/>
        </w:rPr>
        <w:t>PAYMENT BY INTERNET BANKING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40"/>
      </w:tblGrid>
      <w:tr w:rsidR="00A60BCE" w14:paraId="1F35FE2F" w14:textId="77777777" w:rsidTr="004846FB">
        <w:trPr>
          <w:jc w:val="center"/>
        </w:trPr>
        <w:tc>
          <w:tcPr>
            <w:tcW w:w="10652" w:type="dxa"/>
            <w:tcBorders>
              <w:top w:val="single" w:sz="5" w:space="0" w:color="CBD3DA"/>
              <w:left w:val="single" w:sz="5" w:space="0" w:color="CBD3DA"/>
              <w:bottom w:val="single" w:sz="5" w:space="0" w:color="CBD3DA"/>
              <w:right w:val="single" w:sz="5" w:space="0" w:color="CBD3DA"/>
            </w:tcBorders>
            <w:shd w:val="clear" w:color="auto" w:fill="FABF8F" w:themeFill="accent6" w:themeFillTint="99"/>
          </w:tcPr>
          <w:p w14:paraId="09866A35" w14:textId="714450ED" w:rsidR="004846FB" w:rsidRDefault="00BC6FAA" w:rsidP="004846FB">
            <w:pPr>
              <w:jc w:val="center"/>
              <w:rPr>
                <w:b/>
              </w:rPr>
            </w:pPr>
            <w:r>
              <w:rPr>
                <w:b/>
              </w:rPr>
              <w:t>The Bernborough Club account</w:t>
            </w:r>
            <w:r w:rsidR="004846FB">
              <w:rPr>
                <w:b/>
              </w:rPr>
              <w:t xml:space="preserve"> </w:t>
            </w:r>
            <w:r w:rsidR="004846FB" w:rsidRPr="004846FB">
              <w:rPr>
                <w:b/>
              </w:rPr>
              <w:t>• BSB 084-209 • A/C 50-848-3904</w:t>
            </w:r>
          </w:p>
          <w:p w14:paraId="0B71938B" w14:textId="11AE5CA3" w:rsidR="004846FB" w:rsidRPr="004846FB" w:rsidRDefault="004846FB" w:rsidP="004846FB">
            <w:pPr>
              <w:jc w:val="center"/>
              <w:rPr>
                <w:b/>
              </w:rPr>
            </w:pPr>
            <w:r w:rsidRPr="004846FB">
              <w:rPr>
                <w:b/>
              </w:rPr>
              <w:t>Please use your name as the payment description.</w:t>
            </w:r>
          </w:p>
        </w:tc>
      </w:tr>
    </w:tbl>
    <w:p w14:paraId="6D1E1B87" w14:textId="77777777" w:rsidR="00BC6FAA" w:rsidRDefault="00BC6FAA"/>
    <w:sectPr w:rsidR="00BC6FAA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24" w:right="794" w:bottom="56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B1E55" w14:textId="77777777" w:rsidR="00AD39A3" w:rsidRDefault="00AD39A3">
      <w:pPr>
        <w:spacing w:after="0" w:line="240" w:lineRule="auto"/>
      </w:pPr>
      <w:r>
        <w:separator/>
      </w:r>
    </w:p>
  </w:endnote>
  <w:endnote w:type="continuationSeparator" w:id="0">
    <w:p w14:paraId="39FEE8B3" w14:textId="77777777" w:rsidR="00AD39A3" w:rsidRDefault="00AD3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F61C" w14:textId="77777777" w:rsidR="00671DB5" w:rsidRDefault="00671D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610A" w14:textId="77777777" w:rsidR="00A60BCE" w:rsidRDefault="00BC6FAA">
    <w:pPr>
      <w:pStyle w:val="Footer"/>
      <w:jc w:val="center"/>
    </w:pPr>
    <w:r>
      <w:rPr>
        <w:color w:val="666666"/>
        <w:sz w:val="16"/>
      </w:rPr>
      <w:t>BERNBOROUGH CLUB INC.  •  Membership Application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F021" w14:textId="77777777" w:rsidR="00671DB5" w:rsidRDefault="00671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11AD2" w14:textId="77777777" w:rsidR="00AD39A3" w:rsidRDefault="00AD39A3">
      <w:pPr>
        <w:spacing w:after="0" w:line="240" w:lineRule="auto"/>
      </w:pPr>
      <w:r>
        <w:separator/>
      </w:r>
    </w:p>
  </w:footnote>
  <w:footnote w:type="continuationSeparator" w:id="0">
    <w:p w14:paraId="22D2ED86" w14:textId="77777777" w:rsidR="00AD39A3" w:rsidRDefault="00AD3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84112" w14:textId="77777777" w:rsidR="00671DB5" w:rsidRDefault="00671D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D204" w14:textId="77777777" w:rsidR="00671DB5" w:rsidRDefault="00671D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E8E7" w14:textId="77777777" w:rsidR="00671DB5" w:rsidRDefault="00671D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772046">
    <w:abstractNumId w:val="8"/>
  </w:num>
  <w:num w:numId="2" w16cid:durableId="1072656975">
    <w:abstractNumId w:val="6"/>
  </w:num>
  <w:num w:numId="3" w16cid:durableId="1174760891">
    <w:abstractNumId w:val="5"/>
  </w:num>
  <w:num w:numId="4" w16cid:durableId="900094788">
    <w:abstractNumId w:val="4"/>
  </w:num>
  <w:num w:numId="5" w16cid:durableId="874543861">
    <w:abstractNumId w:val="7"/>
  </w:num>
  <w:num w:numId="6" w16cid:durableId="32385356">
    <w:abstractNumId w:val="3"/>
  </w:num>
  <w:num w:numId="7" w16cid:durableId="1043747778">
    <w:abstractNumId w:val="2"/>
  </w:num>
  <w:num w:numId="8" w16cid:durableId="918640307">
    <w:abstractNumId w:val="1"/>
  </w:num>
  <w:num w:numId="9" w16cid:durableId="166397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9A9"/>
    <w:rsid w:val="0015074B"/>
    <w:rsid w:val="0029639D"/>
    <w:rsid w:val="003075E0"/>
    <w:rsid w:val="00326F90"/>
    <w:rsid w:val="004846FB"/>
    <w:rsid w:val="00671DB5"/>
    <w:rsid w:val="00894FC6"/>
    <w:rsid w:val="00A60BCE"/>
    <w:rsid w:val="00AA1D8D"/>
    <w:rsid w:val="00AD39A3"/>
    <w:rsid w:val="00B47730"/>
    <w:rsid w:val="00BC6FA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740F9D"/>
  <w14:defaultImageDpi w14:val="300"/>
  <w15:docId w15:val="{6AF88D73-CF20-4876-A4F8-88B179E7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4846F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Tina Wessel</cp:lastModifiedBy>
  <cp:revision>3</cp:revision>
  <cp:lastPrinted>2026-09-07T02:42:00Z</cp:lastPrinted>
  <dcterms:created xsi:type="dcterms:W3CDTF">2026-09-07T02:44:00Z</dcterms:created>
  <dcterms:modified xsi:type="dcterms:W3CDTF">2026-09-07T04:41:00Z</dcterms:modified>
  <cp:category/>
</cp:coreProperties>
</file>